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העממי והמשל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מאפייני הסיפור העממי (פתיחה וסיום קבועים, שילוש, חזרה, ניגוד, פלא)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המבנה של משל ונמשל ואת תפקיד מוסר ההשכל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יצירות מרכזיות בפרק: מעשיות פלא, סיפורי חוכמה ומשלים מהתנ״ך ומהעולם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חזרה משולשת על אירוע או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מלכת הדבורים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האחים גרים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להסביר את המסר שבסיפור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משל כבשת הרש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נערה ממעמד נמוך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עגנון עיבד את האגדה העממית הזו ביצירתו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המשל מופיע בשופטים ט׳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חלק מרצף האירועים במעשייה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זהו מדרש קדום מתקופת חז״ל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זוהי האנשה, מאפיין מרכזי במשלים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יש ביניהם שתי השקפות שונות על החוכמה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יצירה למאפיין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(שלושה אחים, שלוש משימות ועוזרים מן החי)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(יציאה מהבית, מצוקה, עוזר פלאי וגלגול)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(מדרש קדום עם משחק מילים על חפץ)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(משל מקראי שעוזר לומר אמת 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(נערה חכמה שמנצחת בתושייה)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מפה לאוזן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הנמשל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מוסר השכל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רצף האירועים במעשיית פלא (ארנב הים)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יציאה מהבית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הגעה למצוקה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פגישה עם עוזר פלאי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גלגול (מטמורפוזה)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סוף 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ועיבוד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המבוססת על הכרת המשל, למשל: השועל והענבים - אל תזלזלו במה שלא השגתם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לתשובות כמו: שילוש, חזרה, פתיחה וסיום קבועים, פלא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המשל הוא הסיפור עצמו, הנמשל הוא ההסבר של המסר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משל כבשת הרש או משל יותם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בקריאת פתיחה אופיינית כמו 'היה היה' ולשאול מה היא מסמנת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הכיתה לקבוצות, כל קבוצה מתמקדת ביצירה אחרת מהפרק ומציגה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היצירתית כדאי לתת דוגמה קצרה למשל מוכר לפני שהתלמידים כותבים בעצמם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העממי והמשל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בפרק זה נכיר סיפורים שעברו מפה לאוזן במשך מאות שנים - מעשיות פלא, סיפורי חוכמה, אגדות ומשלים. נלמד לזהות את החוקים הסודיים של הסיפור העממי וננתח משלים כדי להבין איך הם מעבירים מסר.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שילוש במעשייה עממית?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חזרה משולשת על אירוע או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 דמויות ראשיות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 ספרים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 מילות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מעשייה מככבים שלושה אחים ושלוש משימות?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ארנב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מלכת הדבורים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שפת החיות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העלמה החכמה והמלך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אסף את הסיפורים מלכת הדבורים וארנב הים?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איזופוס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האחים 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ש״י עגנון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איוון קרילוב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תפקיד הנמשל במשל?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לתאר את העלילה בפירוט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להסביר את המסר שבסיפור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להוסיף דמויות חדשות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לשנות את סוף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משל מופיע בתנ״ך?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השועל והענבים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משל כבשת הרש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הנמלה והצרצר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האריה והעכבר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מנצחת בזכות שכלה בסיפור העלמה החכמה והמלך?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מלכה עשירה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נערה ממעמד נמוך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אחות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קוסמת מהיער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מעשה העז הוא עיבוד ספרותי של ש״י עגנון לאגדה עממית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 יותם מופיע בספר שופטים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בארנב הים הגיבור עובר גלגול והופך ליצור אחר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האישה מצידן הוא טקסט מודרני שנכתב במאה העשרים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במשלי איזופוס משתתפים לרוב בעלי חיים המדברים כבני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בשפת החיות האב והבן חולקים את אותה דעה לגבי החוכמה האמיתית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יצירה למאפיין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מלכת הדבורים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מדרש קדום עם משחק מילים על חפץ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ארנב הים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משל מקראי שעוזר לומר אמת 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האישה מצידן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שלושה אחים, שלוש משימות ועוזרים מן החי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משל כבשת הרש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נערה חכמה שמנצחת בתושייה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העלמה החכמה והמלך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יציאה מהבית, מצוקה, עוזר פלאי וגלגול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הסיפור העממי עבר מדור לדור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במשל יש תמיד שני חלקים: המשל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תיאור של בעלי חיים המתנהגים כבני אדם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איזופוס, ז׳אן דה לה פונטן ואיוון קרילוב כתבו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הלקח שלומדים מהסיפור או מהמשל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רצף האירועים במעשיית פלא (ארנב הים)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פגישה עם עוזר פלאי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גלגול (מטמורפוזה)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יציאה מהבית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סוף טוב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הגעה למצוקה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ועיבוד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מהמשלים (השועל והענבים / הנמלה והצרצר / האריה והעכבר) וכתבו במשפט אחד מהו מוסר ההשכל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מאפיינים של מעשיית פלא?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משל לנמשל?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למשל מהתנ״ך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הסיפור העממי והמשל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