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העממי והמשל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הסיפור העממי (פתיחה וסיום קבועים, שילוש, חזרה, ניגוד, פלא)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המבנה של משל ונמשל ואת תפקיד מוסר ההשכל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יצירות מרכזיות בפרק: מעשיות פלא, סיפורי חוכמה ומשלים מהתנ״ך ומהעולם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חזרה משולשת על אירוע או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מלכת הדבורים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האחים 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להסביר את המסר שבסיפור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משל כבשת הרש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נערה ממעמד נמוך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עגנון עיבד את האגדה העממית הזו ביצירתו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המשל מופיע בשופטים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מרצף האירועים במעשייה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מדרש קדום מתקופת חז״ל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זוהי האנשה, מאפיין מרכזי במשלים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ביניהם שתי השקפות שונות על החוכמה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יצירה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(שלושה אחים, שלוש משימות ועוזרים מן החי)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(יציאה מהבית, מצוקה, עוזר פלאי וגלגול)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(מדרש קדום עם משחק מילים על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(משל מקראי שעוזר לומר אמת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(נערה חכמה שמנצחת בתושייה)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מפה לאוזן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מוסר השכל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האירועים במעשיית פלא (ארנב 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הגעה למצוקה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פגישה עם עוזר פלאי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גלגול (מטמורפוזה)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סוף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המבוססת על הכרת המשל, למשל: השועל והענבים - אל תזלזלו במה שלא השגתם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כמו: שילוש, חזרה, פתיחה וסיום קבועים, פלא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המשל הוא הסיפור עצמו, הנמשל הוא ההסבר של המסר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 כבשת הרש או משל יותם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פתיחה אופיינית כמו 'היה היה' ולשאול מה היא מסמנת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לקבוצות, כל קבוצה מתמקדת ביצירה אחרת מהפרק ומציגה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היצירתית כדאי לתת דוגמה קצרה למשל מוכר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העממי והמשל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הזה לומדים על סיפורים ישנים שעברו מאדם לאדם הרבה שנים. יש בהם חזרות, פלאים וגם משלים עם מוסר השכל.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מעשיית פלא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עם קסמים, עוזרים פלאיים ומשימות קשות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שילוש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אירוע או דמות שלוש פעמים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חזק בין שתי דמויות או מצבים, למשל טוב ורע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שמסתתר בו מסר או לקח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של המסר שבמשל, מה רוצים ללמד אותנו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בעל חיים או חפץ כאילו הוא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מוסר השכל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הלקח שאפשר ללמוד מהסיפור או מהמשל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חוכמה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עממי שבו דמות מנצחת בזכות שכלה ותושייתה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שילוש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משולשת על אירוע או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דמויות ראשיות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ספרים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מילות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סיפור יש שלושה אחים?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ארנב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מלכת הדבורים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שפת החיות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העלמה החכמה והמלך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אסף את הסיפורים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איזופוס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האחים 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ש״י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איוון קרילוב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הנמשל?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את העלילה בפירוט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את המסר שבסיפור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דמויות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משל מהתנ״ך?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השועל והענבים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 כבשת הרש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הנמלה והצרצר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האריה והעכבר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מנצחת בזכות השכל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מלכה עשירה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נערה ממעמד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אחות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קוסמת מהיער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העז הוא עיבוד ספרותי של ש״י עגנון לאגדה עממית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יותם מופיע בספר שופטים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בארנב הים הגיבור עובר גלגול והופך ליצור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מצידן הוא טקסט מודרני שנכתב במאה העשרים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במשלי איזופוס משתתפים לרוב בעלי חיים המדברים כבני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בשפת החיות האב והבן חולקים את אותה דעה לגבי החוכמה האמיתית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יצירה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מלכת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נערה חכמה שמנצחת בתושייה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ארנב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משל מקראי שעוזר לומר אמת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האישה מצידן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יציאה מהבית, מצוקה, עוזר פלאי וגלגול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 כבשת הרש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שלושה אחים, שלוש משימות ועוזרים מן החי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העלמה החכמה והמלך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מדרש קדום עם משחק מילים על 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הסיפור העממי עבר מדור לדור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במשל יש תמיד שני חלקים: המשל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תיאור של בעלי חיים המתנהגים כבני אדם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איזופוס, ז׳אן דה לה פונטן ואיוון קרילוב כתבו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הלקח שלומדים מהסיפור או מהמשל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רצף האירועים במעשיית פלא (ארנב הים)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למצוקה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טוב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גלגול (מטמורפוזה)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פגישה עם עוזר פלאי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יציאה מהבית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מהמשלים (השועל והענבים / הנמלה והצרצר / האריה והעכבר) וכתבו במשפט אחד מהו מוסר ההשכל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מאפיינים של מעשיית פלא?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משל לנמשל?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למשל מהתנ״ך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העממי והמשל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