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הסיפור העממי (פתיחה וסיום קבועים, שילוש, חזרה, ניגוד, פלא)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של משל ונמשל ואת תפקיד מוסר ההשכל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יצירות מרכזיות בפרק: מעשיות פלא, סיפורי חוכמה ומשלים מהתנ״ך ומהעולם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משולשת על אירוע או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את המסר שבסיפור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משל כבשת הרש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עגנון עיבד את האגדה העממית הזו ביצירתו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המשל מופיע בשופטים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האנשה, מאפיין מרכזי במשלים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יצירה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(שלושה אחים, שלוש משימות ועוזרים מן 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(יציאה מהבית, מצוקה, עוזר פלאי וגלגול)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(מדרש קדום עם משחק מילים על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(משל מקראי שעוזר לומר אמת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 לאוזן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האירועים במעשיית פלא (ארנב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עם עוזר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גלגול (מטמורפוזה)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שילוש, חזרה, פתיחה וסיום קבועים, פלא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המשל הוא הסיפור עצמו, הנמשל הוא ההסבר של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כבשת הרש או משל יותם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פתיחה אופיינית כמו 'היה היה' ולשאול מה היא מסמנת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לקבוצות, כל קבוצה מתמקדת ביצירה אחרת מהפרק ומציגה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היצירתית כדאי לתת דוגמה קצרה למשל מוכר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זה נכיר סיפורים שעברו מפה לאוזן במשך מאות שנים - מעשיות פלא, סיפורי חוכמה, אגדות ומשלים. נלמד לזהות את החוקים הסודיים של הסיפור העממי וננתח משלים כדי להבין איך הם מעבירים מסר.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מפה לאוזן  ·  הנמשל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שילוש במעשייה עממית?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משולשת על אירוע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ספרים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הנמשל במשל?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את העלילה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את המסר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להוסיף דמויות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משל מופיע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השועל והענבים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משל כבשת הרש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הנמלה והצרצר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מעשה העז הוא עיבוד ספרותי של ש״י עגנון לאגדה עממית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 יותם מופיע בספר שופטים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במשלי איזופוס משתתפים לרוב בעלי חיים המדברים כבני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יצירה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משל מקראי שעוזר לומר אמת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מדרש קדום עם משחק מילים על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האישה מצידן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יציאה מהבית, מצוקה, עוזר פלאי וגלגול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 כבשת הרש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שלושה אחים, שלוש משימות ועוזרים מן החי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הסיפור העממי עבר מדור לדור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במשל יש תמיד שני חלקים: המשל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תיאור של בעלי חיים המתנהגים כבני אדם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רצף האירועים במעשיית פלא (ארנב הים)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הגעה למצוקה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פגישה עם עוזר פלאי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גלגול (מטמורפוזה)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יציאה מהבית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מאפיינים של מעשיית 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משל לנמשל?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העממי והמשל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